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12"/>
        <w:gridCol w:w="5112"/>
      </w:tblGrid>
      <w:tr w:rsidR="00EA25A5" w14:paraId="16EC8DD4" w14:textId="77777777">
        <w:trPr>
          <w:jc w:val="center"/>
        </w:trPr>
        <w:tc>
          <w:tcPr>
            <w:tcW w:w="5112" w:type="dxa"/>
            <w:vAlign w:val="center"/>
          </w:tcPr>
          <w:p w14:paraId="67A1905C" w14:textId="77777777" w:rsidR="00EA25A5" w:rsidRDefault="004A6B8E">
            <w:pPr>
              <w:spacing w:after="40" w:line="240" w:lineRule="auto"/>
            </w:pPr>
            <w:r>
              <w:rPr>
                <w:b/>
                <w:sz w:val="32"/>
              </w:rPr>
              <w:t>LAKEVIEW MINISTRIES</w:t>
            </w:r>
            <w:r>
              <w:rPr>
                <w:b/>
                <w:sz w:val="32"/>
              </w:rPr>
              <w:br/>
              <w:t>DINNER AUCTION SPONSORSHIP</w:t>
            </w:r>
          </w:p>
          <w:p w14:paraId="3C2C1966" w14:textId="77777777" w:rsidR="00EA25A5" w:rsidRDefault="004A6B8E">
            <w:pPr>
              <w:spacing w:after="0" w:line="240" w:lineRule="auto"/>
            </w:pPr>
            <w:r>
              <w:rPr>
                <w:sz w:val="21"/>
              </w:rPr>
              <w:t>Sponsor a Christ centered camp experience that shapes kids, families, and leaders for life.</w:t>
            </w:r>
          </w:p>
        </w:tc>
        <w:tc>
          <w:tcPr>
            <w:tcW w:w="5112" w:type="dxa"/>
            <w:vAlign w:val="center"/>
          </w:tcPr>
          <w:p w14:paraId="02D74130" w14:textId="77777777" w:rsidR="00EA25A5" w:rsidRDefault="004A6B8E">
            <w:pPr>
              <w:spacing w:after="0" w:line="240" w:lineRule="auto"/>
              <w:jc w:val="right"/>
            </w:pPr>
            <w:r>
              <w:rPr>
                <w:noProof/>
              </w:rPr>
              <w:drawing>
                <wp:inline distT="0" distB="0" distL="0" distR="0" wp14:anchorId="75431437" wp14:editId="296B70A7">
                  <wp:extent cx="1463040" cy="1327060"/>
                  <wp:effectExtent l="0" t="0" r="0" b="0"/>
                  <wp:docPr id="1" name="Picture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F8A2B80-BB25-4F6C-8380-D6917A12D11C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akeview_logo_extracted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3040" cy="13270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C09CB1F" w14:textId="77777777" w:rsidR="00EA25A5" w:rsidRDefault="00EA25A5" w:rsidP="00A77EB2">
      <w:pPr>
        <w:jc w:val="center"/>
      </w:pPr>
    </w:p>
    <w:p w14:paraId="6EC22B37" w14:textId="77777777" w:rsidR="00EA25A5" w:rsidRDefault="004A6B8E">
      <w:pPr>
        <w:spacing w:after="20" w:line="240" w:lineRule="auto"/>
        <w:jc w:val="center"/>
      </w:pPr>
      <w:r>
        <w:rPr>
          <w:b/>
          <w:sz w:val="32"/>
        </w:rPr>
        <w:t>Lakeview Dinner Auction</w:t>
      </w:r>
    </w:p>
    <w:p w14:paraId="2A00DDB5" w14:textId="77777777" w:rsidR="00EA25A5" w:rsidRDefault="004A6B8E">
      <w:pPr>
        <w:spacing w:after="80" w:line="240" w:lineRule="auto"/>
        <w:jc w:val="center"/>
      </w:pPr>
      <w:r>
        <w:rPr>
          <w:b/>
        </w:rPr>
        <w:t>Sponsorship and Item Donation Opportunities</w:t>
      </w:r>
    </w:p>
    <w:p w14:paraId="7E4644FD" w14:textId="020B832F" w:rsidR="00EA25A5" w:rsidRDefault="004A6B8E">
      <w:pPr>
        <w:spacing w:after="120" w:line="240" w:lineRule="auto"/>
        <w:jc w:val="center"/>
      </w:pPr>
      <w:r>
        <w:rPr>
          <w:sz w:val="20"/>
        </w:rPr>
        <w:t>Saturday, November 2</w:t>
      </w:r>
      <w:r w:rsidR="00EB1907">
        <w:rPr>
          <w:sz w:val="20"/>
        </w:rPr>
        <w:t>1</w:t>
      </w:r>
      <w:r>
        <w:rPr>
          <w:sz w:val="20"/>
        </w:rPr>
        <w:t xml:space="preserve">, </w:t>
      </w:r>
      <w:proofErr w:type="gramStart"/>
      <w:r>
        <w:rPr>
          <w:sz w:val="20"/>
        </w:rPr>
        <w:t>2026</w:t>
      </w:r>
      <w:proofErr w:type="gramEnd"/>
      <w:r>
        <w:rPr>
          <w:sz w:val="20"/>
        </w:rPr>
        <w:t xml:space="preserve">   Primos Banquet Hall, Indianapolis</w:t>
      </w:r>
    </w:p>
    <w:p w14:paraId="795CDEF1" w14:textId="77777777" w:rsidR="00A77EB2" w:rsidRDefault="00A77EB2">
      <w:pPr>
        <w:spacing w:after="160" w:line="264" w:lineRule="auto"/>
        <w:rPr>
          <w:sz w:val="20"/>
        </w:rPr>
      </w:pPr>
    </w:p>
    <w:p w14:paraId="68D18EC0" w14:textId="55715F2B" w:rsidR="00EA25A5" w:rsidRDefault="004A6B8E">
      <w:pPr>
        <w:spacing w:after="160" w:line="264" w:lineRule="auto"/>
      </w:pPr>
      <w:r>
        <w:rPr>
          <w:sz w:val="20"/>
        </w:rPr>
        <w:t xml:space="preserve">Your partnership helps Lakeview create </w:t>
      </w:r>
      <w:proofErr w:type="gramStart"/>
      <w:r>
        <w:rPr>
          <w:sz w:val="20"/>
        </w:rPr>
        <w:t>life changing</w:t>
      </w:r>
      <w:proofErr w:type="gramEnd"/>
      <w:r>
        <w:rPr>
          <w:sz w:val="20"/>
        </w:rPr>
        <w:t xml:space="preserve"> </w:t>
      </w:r>
      <w:proofErr w:type="gramStart"/>
      <w:r>
        <w:rPr>
          <w:sz w:val="20"/>
        </w:rPr>
        <w:t>camp</w:t>
      </w:r>
      <w:proofErr w:type="gramEnd"/>
      <w:r>
        <w:rPr>
          <w:sz w:val="20"/>
        </w:rPr>
        <w:t xml:space="preserve"> and retreat experiences for kids and families </w:t>
      </w:r>
      <w:proofErr w:type="gramStart"/>
      <w:r>
        <w:rPr>
          <w:sz w:val="20"/>
        </w:rPr>
        <w:t>across  Indiana</w:t>
      </w:r>
      <w:proofErr w:type="gramEnd"/>
      <w:r>
        <w:rPr>
          <w:sz w:val="20"/>
        </w:rPr>
        <w:t>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256"/>
        <w:gridCol w:w="5256"/>
      </w:tblGrid>
      <w:tr w:rsidR="00EA25A5" w14:paraId="532564A6" w14:textId="77777777">
        <w:trPr>
          <w:jc w:val="center"/>
        </w:trPr>
        <w:tc>
          <w:tcPr>
            <w:tcW w:w="5256" w:type="dxa"/>
            <w:shd w:val="clear" w:color="auto" w:fill="F7F7F7"/>
            <w:tcMar>
              <w:top w:w="90" w:type="dxa"/>
              <w:left w:w="140" w:type="dxa"/>
              <w:bottom w:w="90" w:type="dxa"/>
              <w:right w:w="140" w:type="dxa"/>
            </w:tcMar>
          </w:tcPr>
          <w:p w14:paraId="4A5E4ADE" w14:textId="77777777" w:rsidR="00EA25A5" w:rsidRDefault="004A6B8E">
            <w:pPr>
              <w:spacing w:after="40" w:line="252" w:lineRule="auto"/>
            </w:pPr>
            <w:r>
              <w:rPr>
                <w:b/>
              </w:rPr>
              <w:t>Donate an Item</w:t>
            </w:r>
          </w:p>
          <w:p w14:paraId="1E6B0ECD" w14:textId="77777777" w:rsidR="00EA25A5" w:rsidRDefault="004A6B8E">
            <w:pPr>
              <w:spacing w:after="40" w:line="264" w:lineRule="auto"/>
            </w:pPr>
            <w:r>
              <w:rPr>
                <w:sz w:val="19"/>
              </w:rPr>
              <w:t>Silent and live auction items are a big part of what makes this night work. We welcome donations of any size.</w:t>
            </w:r>
          </w:p>
          <w:p w14:paraId="0C239462" w14:textId="77777777" w:rsidR="00EA25A5" w:rsidRDefault="004A6B8E">
            <w:pPr>
              <w:spacing w:after="0" w:line="240" w:lineRule="auto"/>
            </w:pPr>
            <w:r>
              <w:rPr>
                <w:sz w:val="19"/>
              </w:rPr>
              <w:t>• Gift cards and certificates</w:t>
            </w:r>
          </w:p>
          <w:p w14:paraId="4C003922" w14:textId="17CC56DA" w:rsidR="00EA25A5" w:rsidRDefault="004A6B8E">
            <w:pPr>
              <w:spacing w:after="0" w:line="240" w:lineRule="auto"/>
            </w:pPr>
            <w:r>
              <w:rPr>
                <w:sz w:val="19"/>
              </w:rPr>
              <w:t>• Family experiences</w:t>
            </w:r>
            <w:r w:rsidR="000A0CA1">
              <w:rPr>
                <w:sz w:val="19"/>
              </w:rPr>
              <w:t xml:space="preserve"> - tickets - memberships</w:t>
            </w:r>
          </w:p>
          <w:p w14:paraId="3F9CBCC5" w14:textId="72B3CAC3" w:rsidR="00EA25A5" w:rsidRDefault="004A6B8E">
            <w:pPr>
              <w:spacing w:after="0" w:line="240" w:lineRule="auto"/>
            </w:pPr>
            <w:r>
              <w:rPr>
                <w:sz w:val="19"/>
              </w:rPr>
              <w:t>• Meals</w:t>
            </w:r>
            <w:r w:rsidR="000A0CA1">
              <w:rPr>
                <w:sz w:val="19"/>
              </w:rPr>
              <w:t xml:space="preserve"> - lodging -</w:t>
            </w:r>
            <w:r>
              <w:rPr>
                <w:sz w:val="19"/>
              </w:rPr>
              <w:t xml:space="preserve"> weekend getaways</w:t>
            </w:r>
          </w:p>
          <w:p w14:paraId="7B02AF39" w14:textId="1875711E" w:rsidR="00EA25A5" w:rsidRDefault="004A6B8E">
            <w:pPr>
              <w:spacing w:after="0" w:line="240" w:lineRule="auto"/>
            </w:pPr>
            <w:r>
              <w:rPr>
                <w:sz w:val="19"/>
              </w:rPr>
              <w:t xml:space="preserve">• Tools </w:t>
            </w:r>
            <w:r w:rsidR="000A0CA1">
              <w:rPr>
                <w:sz w:val="19"/>
              </w:rPr>
              <w:t>-</w:t>
            </w:r>
            <w:r>
              <w:rPr>
                <w:sz w:val="19"/>
              </w:rPr>
              <w:t xml:space="preserve"> outdoor and recreation gear</w:t>
            </w:r>
          </w:p>
          <w:p w14:paraId="31091FDC" w14:textId="114472B6" w:rsidR="00EA25A5" w:rsidRDefault="004A6B8E">
            <w:pPr>
              <w:spacing w:after="0" w:line="240" w:lineRule="auto"/>
            </w:pPr>
            <w:r>
              <w:rPr>
                <w:sz w:val="19"/>
              </w:rPr>
              <w:t>• Themed baskets</w:t>
            </w:r>
            <w:r w:rsidR="000A0CA1">
              <w:rPr>
                <w:sz w:val="19"/>
              </w:rPr>
              <w:t>:</w:t>
            </w:r>
            <w:r>
              <w:rPr>
                <w:sz w:val="19"/>
              </w:rPr>
              <w:t xml:space="preserve">  date night </w:t>
            </w:r>
            <w:r w:rsidR="000A0CA1">
              <w:rPr>
                <w:sz w:val="19"/>
              </w:rPr>
              <w:t>-</w:t>
            </w:r>
            <w:r>
              <w:rPr>
                <w:sz w:val="19"/>
              </w:rPr>
              <w:t xml:space="preserve"> game night</w:t>
            </w:r>
            <w:r w:rsidR="000A0CA1">
              <w:rPr>
                <w:sz w:val="19"/>
              </w:rPr>
              <w:t xml:space="preserve"> - </w:t>
            </w:r>
            <w:proofErr w:type="spellStart"/>
            <w:r w:rsidR="000A0CA1">
              <w:rPr>
                <w:sz w:val="19"/>
              </w:rPr>
              <w:t>etc</w:t>
            </w:r>
            <w:proofErr w:type="spellEnd"/>
          </w:p>
          <w:p w14:paraId="46180207" w14:textId="7C620C56" w:rsidR="00EA25A5" w:rsidRDefault="004A6B8E">
            <w:pPr>
              <w:spacing w:after="0" w:line="264" w:lineRule="auto"/>
            </w:pPr>
            <w:r>
              <w:rPr>
                <w:sz w:val="19"/>
              </w:rPr>
              <w:t xml:space="preserve">We </w:t>
            </w:r>
            <w:r w:rsidR="000A0CA1">
              <w:rPr>
                <w:sz w:val="19"/>
              </w:rPr>
              <w:t>will</w:t>
            </w:r>
            <w:r>
              <w:rPr>
                <w:sz w:val="19"/>
              </w:rPr>
              <w:t xml:space="preserve"> provide a receipt for your records.</w:t>
            </w:r>
          </w:p>
        </w:tc>
        <w:tc>
          <w:tcPr>
            <w:tcW w:w="5256" w:type="dxa"/>
            <w:shd w:val="clear" w:color="auto" w:fill="F7F7F7"/>
            <w:tcMar>
              <w:top w:w="90" w:type="dxa"/>
              <w:left w:w="140" w:type="dxa"/>
              <w:bottom w:w="90" w:type="dxa"/>
              <w:right w:w="140" w:type="dxa"/>
            </w:tcMar>
          </w:tcPr>
          <w:p w14:paraId="2212AED8" w14:textId="77777777" w:rsidR="00EA25A5" w:rsidRDefault="004A6B8E">
            <w:pPr>
              <w:spacing w:after="40" w:line="252" w:lineRule="auto"/>
            </w:pPr>
            <w:r>
              <w:rPr>
                <w:b/>
              </w:rPr>
              <w:t>Monetary Sponsorship</w:t>
            </w:r>
          </w:p>
          <w:p w14:paraId="41CA6850" w14:textId="77777777" w:rsidR="00EA25A5" w:rsidRDefault="004A6B8E">
            <w:pPr>
              <w:spacing w:after="40" w:line="264" w:lineRule="auto"/>
            </w:pPr>
            <w:r>
              <w:rPr>
                <w:sz w:val="19"/>
              </w:rPr>
              <w:t>Sponsorships underwrite event costs and expand the impact of every auction purchase. Sponsors are recognized before, during, and after the event.</w:t>
            </w:r>
          </w:p>
          <w:p w14:paraId="0D10A8B8" w14:textId="77777777" w:rsidR="00EA25A5" w:rsidRDefault="004A6B8E">
            <w:pPr>
              <w:spacing w:after="0" w:line="264" w:lineRule="auto"/>
            </w:pPr>
            <w:r>
              <w:rPr>
                <w:b/>
                <w:sz w:val="19"/>
              </w:rPr>
              <w:t>Select a level below or give a custom amount.</w:t>
            </w:r>
          </w:p>
        </w:tc>
      </w:tr>
    </w:tbl>
    <w:p w14:paraId="5C930AEC" w14:textId="77777777" w:rsidR="00EA25A5" w:rsidRDefault="00EA25A5">
      <w:pPr>
        <w:spacing w:after="80" w:line="252" w:lineRule="auto"/>
      </w:pPr>
    </w:p>
    <w:p w14:paraId="1016D8AD" w14:textId="15B74ED9" w:rsidR="00EA25A5" w:rsidRDefault="004A6B8E">
      <w:pPr>
        <w:spacing w:after="80" w:line="264" w:lineRule="auto"/>
      </w:pPr>
      <w:r>
        <w:rPr>
          <w:sz w:val="19"/>
        </w:rPr>
        <w:t>All sponsors receive auctio</w:t>
      </w:r>
      <w:r w:rsidR="00EB1907">
        <w:rPr>
          <w:sz w:val="19"/>
        </w:rPr>
        <w:t>n</w:t>
      </w:r>
      <w:r>
        <w:rPr>
          <w:sz w:val="19"/>
        </w:rPr>
        <w:t xml:space="preserve"> website listing and post event recognition.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101"/>
        <w:gridCol w:w="2100"/>
        <w:gridCol w:w="2100"/>
        <w:gridCol w:w="2101"/>
        <w:gridCol w:w="2100"/>
      </w:tblGrid>
      <w:tr w:rsidR="00EA25A5" w14:paraId="373BB5C0" w14:textId="77777777" w:rsidTr="00584E71">
        <w:trPr>
          <w:jc w:val="center"/>
        </w:trPr>
        <w:tc>
          <w:tcPr>
            <w:tcW w:w="2101" w:type="dxa"/>
            <w:shd w:val="clear" w:color="auto" w:fill="E9EEF6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7832FA0" w14:textId="77777777" w:rsidR="00EA25A5" w:rsidRDefault="004A6B8E">
            <w:pPr>
              <w:jc w:val="center"/>
            </w:pPr>
            <w:r>
              <w:rPr>
                <w:b/>
                <w:sz w:val="18"/>
              </w:rPr>
              <w:t xml:space="preserve">Level and </w:t>
            </w:r>
            <w:proofErr w:type="gramStart"/>
            <w:r>
              <w:rPr>
                <w:b/>
                <w:sz w:val="18"/>
              </w:rPr>
              <w:t>Amount</w:t>
            </w:r>
            <w:proofErr w:type="gramEnd"/>
          </w:p>
        </w:tc>
        <w:tc>
          <w:tcPr>
            <w:tcW w:w="2100" w:type="dxa"/>
            <w:shd w:val="clear" w:color="auto" w:fill="E9EEF6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EC6F19A" w14:textId="77777777" w:rsidR="00EA25A5" w:rsidRDefault="004A6B8E">
            <w:pPr>
              <w:jc w:val="center"/>
            </w:pPr>
            <w:r>
              <w:rPr>
                <w:b/>
                <w:sz w:val="18"/>
              </w:rPr>
              <w:t>Brochure</w:t>
            </w:r>
          </w:p>
        </w:tc>
        <w:tc>
          <w:tcPr>
            <w:tcW w:w="2100" w:type="dxa"/>
            <w:shd w:val="clear" w:color="auto" w:fill="E9EEF6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12F910B" w14:textId="77777777" w:rsidR="00EA25A5" w:rsidRDefault="004A6B8E">
            <w:pPr>
              <w:jc w:val="center"/>
            </w:pPr>
            <w:r>
              <w:rPr>
                <w:b/>
                <w:sz w:val="18"/>
              </w:rPr>
              <w:t>Stage Banner</w:t>
            </w:r>
          </w:p>
        </w:tc>
        <w:tc>
          <w:tcPr>
            <w:tcW w:w="2101" w:type="dxa"/>
            <w:shd w:val="clear" w:color="auto" w:fill="E9EEF6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8DBFC48" w14:textId="77777777" w:rsidR="00EA25A5" w:rsidRDefault="004A6B8E">
            <w:pPr>
              <w:jc w:val="center"/>
            </w:pPr>
            <w:r>
              <w:rPr>
                <w:b/>
                <w:sz w:val="18"/>
              </w:rPr>
              <w:t>Social Media</w:t>
            </w:r>
          </w:p>
        </w:tc>
        <w:tc>
          <w:tcPr>
            <w:tcW w:w="2100" w:type="dxa"/>
            <w:shd w:val="clear" w:color="auto" w:fill="E9EEF6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A6A3337" w14:textId="77777777" w:rsidR="00EA25A5" w:rsidRDefault="004A6B8E">
            <w:pPr>
              <w:jc w:val="center"/>
            </w:pPr>
            <w:r>
              <w:rPr>
                <w:b/>
                <w:sz w:val="18"/>
              </w:rPr>
              <w:t>Seating</w:t>
            </w:r>
          </w:p>
        </w:tc>
      </w:tr>
      <w:tr w:rsidR="00EA25A5" w14:paraId="7B97DA04" w14:textId="77777777" w:rsidTr="00584E71">
        <w:trPr>
          <w:jc w:val="center"/>
        </w:trPr>
        <w:tc>
          <w:tcPr>
            <w:tcW w:w="2101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08B84864" w14:textId="77777777" w:rsidR="00EA25A5" w:rsidRDefault="004A6B8E">
            <w:proofErr w:type="gramStart"/>
            <w:r>
              <w:rPr>
                <w:sz w:val="18"/>
              </w:rPr>
              <w:t>Title  $</w:t>
            </w:r>
            <w:proofErr w:type="gramEnd"/>
            <w:r>
              <w:rPr>
                <w:sz w:val="18"/>
              </w:rPr>
              <w:t>10,000</w:t>
            </w:r>
          </w:p>
        </w:tc>
        <w:tc>
          <w:tcPr>
            <w:tcW w:w="21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20BDDC4D" w14:textId="77777777" w:rsidR="00EA25A5" w:rsidRDefault="004A6B8E">
            <w:pPr>
              <w:jc w:val="center"/>
            </w:pPr>
            <w:r>
              <w:rPr>
                <w:sz w:val="18"/>
              </w:rPr>
              <w:t>Full page</w:t>
            </w:r>
          </w:p>
        </w:tc>
        <w:tc>
          <w:tcPr>
            <w:tcW w:w="21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2EB943C0" w14:textId="77777777" w:rsidR="00EA25A5" w:rsidRDefault="004A6B8E">
            <w:pPr>
              <w:jc w:val="center"/>
            </w:pPr>
            <w:r>
              <w:rPr>
                <w:sz w:val="18"/>
              </w:rPr>
              <w:t>Centered</w:t>
            </w:r>
          </w:p>
        </w:tc>
        <w:tc>
          <w:tcPr>
            <w:tcW w:w="2101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468E50F" w14:textId="55FDEDF9" w:rsidR="00EA25A5" w:rsidRDefault="004A6B8E">
            <w:pPr>
              <w:jc w:val="center"/>
            </w:pPr>
            <w:r>
              <w:rPr>
                <w:sz w:val="18"/>
              </w:rPr>
              <w:t xml:space="preserve">Personalized </w:t>
            </w:r>
            <w:r w:rsidR="00584E71">
              <w:rPr>
                <w:sz w:val="18"/>
              </w:rPr>
              <w:t>Shout-out</w:t>
            </w:r>
          </w:p>
        </w:tc>
        <w:tc>
          <w:tcPr>
            <w:tcW w:w="21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7282ECB" w14:textId="0C7B5C51" w:rsidR="00EA25A5" w:rsidRDefault="004A6B8E">
            <w:pPr>
              <w:jc w:val="center"/>
            </w:pPr>
            <w:r>
              <w:rPr>
                <w:sz w:val="18"/>
              </w:rPr>
              <w:t xml:space="preserve">Up to 6 </w:t>
            </w:r>
            <w:proofErr w:type="gramStart"/>
            <w:r>
              <w:rPr>
                <w:sz w:val="18"/>
              </w:rPr>
              <w:t xml:space="preserve">tables  </w:t>
            </w:r>
            <w:r w:rsidR="00E37D80">
              <w:rPr>
                <w:sz w:val="18"/>
              </w:rPr>
              <w:t>(</w:t>
            </w:r>
            <w:proofErr w:type="gramEnd"/>
            <w:r>
              <w:rPr>
                <w:sz w:val="18"/>
              </w:rPr>
              <w:t>48 seats</w:t>
            </w:r>
            <w:r w:rsidR="00E37D80">
              <w:rPr>
                <w:sz w:val="18"/>
              </w:rPr>
              <w:t>)</w:t>
            </w:r>
          </w:p>
        </w:tc>
      </w:tr>
      <w:tr w:rsidR="00EA25A5" w14:paraId="1FF3E370" w14:textId="77777777" w:rsidTr="00584E71">
        <w:trPr>
          <w:jc w:val="center"/>
        </w:trPr>
        <w:tc>
          <w:tcPr>
            <w:tcW w:w="2101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0B93B51B" w14:textId="77777777" w:rsidR="00EA25A5" w:rsidRDefault="004A6B8E">
            <w:proofErr w:type="gramStart"/>
            <w:r>
              <w:rPr>
                <w:sz w:val="18"/>
              </w:rPr>
              <w:t>Diamond  $</w:t>
            </w:r>
            <w:proofErr w:type="gramEnd"/>
            <w:r>
              <w:rPr>
                <w:sz w:val="18"/>
              </w:rPr>
              <w:t>5,000+</w:t>
            </w:r>
          </w:p>
        </w:tc>
        <w:tc>
          <w:tcPr>
            <w:tcW w:w="21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3C9784C8" w14:textId="77777777" w:rsidR="00EA25A5" w:rsidRDefault="004A6B8E">
            <w:pPr>
              <w:jc w:val="center"/>
            </w:pPr>
            <w:r>
              <w:rPr>
                <w:sz w:val="18"/>
              </w:rPr>
              <w:t>Full page</w:t>
            </w:r>
          </w:p>
        </w:tc>
        <w:tc>
          <w:tcPr>
            <w:tcW w:w="21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BCDBA6F" w14:textId="77777777" w:rsidR="00EA25A5" w:rsidRDefault="004A6B8E">
            <w:pPr>
              <w:jc w:val="center"/>
            </w:pPr>
            <w:r>
              <w:rPr>
                <w:sz w:val="18"/>
              </w:rPr>
              <w:t>Prominent</w:t>
            </w:r>
          </w:p>
        </w:tc>
        <w:tc>
          <w:tcPr>
            <w:tcW w:w="2101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3E75FCA1" w14:textId="7B0391AE" w:rsidR="00EA25A5" w:rsidRDefault="004A6B8E">
            <w:pPr>
              <w:jc w:val="center"/>
            </w:pPr>
            <w:r>
              <w:rPr>
                <w:sz w:val="18"/>
              </w:rPr>
              <w:t xml:space="preserve">Personalized </w:t>
            </w:r>
            <w:r w:rsidR="003927A0">
              <w:rPr>
                <w:sz w:val="18"/>
              </w:rPr>
              <w:t>Shout-out</w:t>
            </w:r>
          </w:p>
        </w:tc>
        <w:tc>
          <w:tcPr>
            <w:tcW w:w="21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4F699131" w14:textId="276CE1D5" w:rsidR="00EA25A5" w:rsidRDefault="004A6B8E">
            <w:pPr>
              <w:jc w:val="center"/>
            </w:pPr>
            <w:r>
              <w:rPr>
                <w:sz w:val="18"/>
              </w:rPr>
              <w:t xml:space="preserve">Up to 2 </w:t>
            </w:r>
            <w:proofErr w:type="gramStart"/>
            <w:r>
              <w:rPr>
                <w:sz w:val="18"/>
              </w:rPr>
              <w:t xml:space="preserve">tables  </w:t>
            </w:r>
            <w:r w:rsidR="00E37D80">
              <w:rPr>
                <w:sz w:val="18"/>
              </w:rPr>
              <w:t>(</w:t>
            </w:r>
            <w:proofErr w:type="gramEnd"/>
            <w:r>
              <w:rPr>
                <w:sz w:val="18"/>
              </w:rPr>
              <w:t xml:space="preserve">16 </w:t>
            </w:r>
            <w:proofErr w:type="spellStart"/>
            <w:r>
              <w:rPr>
                <w:sz w:val="18"/>
              </w:rPr>
              <w:t>seats</w:t>
            </w:r>
            <w:r w:rsidR="00E37D80">
              <w:rPr>
                <w:sz w:val="18"/>
              </w:rPr>
              <w:t>O</w:t>
            </w:r>
            <w:proofErr w:type="spellEnd"/>
          </w:p>
        </w:tc>
      </w:tr>
      <w:tr w:rsidR="00EA25A5" w14:paraId="0FED1E86" w14:textId="77777777" w:rsidTr="00584E71">
        <w:trPr>
          <w:jc w:val="center"/>
        </w:trPr>
        <w:tc>
          <w:tcPr>
            <w:tcW w:w="2101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6A6902F9" w14:textId="77777777" w:rsidR="00EA25A5" w:rsidRDefault="004A6B8E">
            <w:proofErr w:type="gramStart"/>
            <w:r>
              <w:rPr>
                <w:sz w:val="18"/>
              </w:rPr>
              <w:t>Platinum  $</w:t>
            </w:r>
            <w:proofErr w:type="gramEnd"/>
            <w:r>
              <w:rPr>
                <w:sz w:val="18"/>
              </w:rPr>
              <w:t>3,000</w:t>
            </w:r>
          </w:p>
        </w:tc>
        <w:tc>
          <w:tcPr>
            <w:tcW w:w="21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59A3E8A4" w14:textId="77777777" w:rsidR="00EA25A5" w:rsidRDefault="004A6B8E">
            <w:pPr>
              <w:jc w:val="center"/>
            </w:pPr>
            <w:r>
              <w:rPr>
                <w:sz w:val="18"/>
              </w:rPr>
              <w:t>Half page</w:t>
            </w:r>
          </w:p>
        </w:tc>
        <w:tc>
          <w:tcPr>
            <w:tcW w:w="21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0020C1C9" w14:textId="77777777" w:rsidR="00EA25A5" w:rsidRDefault="004A6B8E">
            <w:pPr>
              <w:jc w:val="center"/>
            </w:pPr>
            <w:r>
              <w:rPr>
                <w:sz w:val="18"/>
              </w:rPr>
              <w:t>Included</w:t>
            </w:r>
          </w:p>
        </w:tc>
        <w:tc>
          <w:tcPr>
            <w:tcW w:w="2101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03B6E635" w14:textId="1627C9A9" w:rsidR="00EA25A5" w:rsidRDefault="004A6B8E">
            <w:pPr>
              <w:jc w:val="center"/>
            </w:pPr>
            <w:r>
              <w:rPr>
                <w:sz w:val="18"/>
              </w:rPr>
              <w:t xml:space="preserve">Personalized </w:t>
            </w:r>
            <w:r w:rsidR="003927A0">
              <w:rPr>
                <w:sz w:val="18"/>
              </w:rPr>
              <w:t>Shout-out</w:t>
            </w:r>
          </w:p>
        </w:tc>
        <w:tc>
          <w:tcPr>
            <w:tcW w:w="21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AAA3CD9" w14:textId="52958E05" w:rsidR="00EA25A5" w:rsidRDefault="004A6B8E">
            <w:pPr>
              <w:jc w:val="center"/>
            </w:pPr>
            <w:r>
              <w:rPr>
                <w:sz w:val="18"/>
              </w:rPr>
              <w:t xml:space="preserve">2 </w:t>
            </w:r>
            <w:proofErr w:type="gramStart"/>
            <w:r>
              <w:rPr>
                <w:sz w:val="18"/>
              </w:rPr>
              <w:t xml:space="preserve">tables  </w:t>
            </w:r>
            <w:r w:rsidR="00E37D80">
              <w:rPr>
                <w:sz w:val="18"/>
              </w:rPr>
              <w:t>(</w:t>
            </w:r>
            <w:proofErr w:type="gramEnd"/>
            <w:r>
              <w:rPr>
                <w:sz w:val="18"/>
              </w:rPr>
              <w:t>16 seats</w:t>
            </w:r>
            <w:r w:rsidR="00E37D80">
              <w:rPr>
                <w:sz w:val="18"/>
              </w:rPr>
              <w:t>)</w:t>
            </w:r>
          </w:p>
        </w:tc>
      </w:tr>
      <w:tr w:rsidR="00EA25A5" w14:paraId="306B46C2" w14:textId="77777777" w:rsidTr="00584E71">
        <w:trPr>
          <w:jc w:val="center"/>
        </w:trPr>
        <w:tc>
          <w:tcPr>
            <w:tcW w:w="2101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6B8A521" w14:textId="77777777" w:rsidR="00EA25A5" w:rsidRDefault="004A6B8E">
            <w:proofErr w:type="gramStart"/>
            <w:r>
              <w:rPr>
                <w:sz w:val="18"/>
              </w:rPr>
              <w:t>Gold  $</w:t>
            </w:r>
            <w:proofErr w:type="gramEnd"/>
            <w:r>
              <w:rPr>
                <w:sz w:val="18"/>
              </w:rPr>
              <w:t>1,000</w:t>
            </w:r>
          </w:p>
        </w:tc>
        <w:tc>
          <w:tcPr>
            <w:tcW w:w="21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44A3A5C9" w14:textId="77777777" w:rsidR="00EA25A5" w:rsidRDefault="004A6B8E">
            <w:pPr>
              <w:jc w:val="center"/>
            </w:pPr>
            <w:r>
              <w:rPr>
                <w:sz w:val="18"/>
              </w:rPr>
              <w:t>Half page</w:t>
            </w:r>
          </w:p>
        </w:tc>
        <w:tc>
          <w:tcPr>
            <w:tcW w:w="21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551BFA74" w14:textId="77777777" w:rsidR="00EA25A5" w:rsidRDefault="00EA25A5">
            <w:pPr>
              <w:jc w:val="center"/>
            </w:pPr>
          </w:p>
        </w:tc>
        <w:tc>
          <w:tcPr>
            <w:tcW w:w="2101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2D6421FD" w14:textId="21E582BF" w:rsidR="00EA25A5" w:rsidRDefault="003927A0">
            <w:pPr>
              <w:jc w:val="center"/>
            </w:pPr>
            <w:r>
              <w:rPr>
                <w:sz w:val="18"/>
              </w:rPr>
              <w:t xml:space="preserve">Gold Sponsor </w:t>
            </w:r>
            <w:r w:rsidR="004A6B8E">
              <w:rPr>
                <w:sz w:val="18"/>
              </w:rPr>
              <w:t>Thank you</w:t>
            </w:r>
          </w:p>
        </w:tc>
        <w:tc>
          <w:tcPr>
            <w:tcW w:w="21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7578A553" w14:textId="268AD7A7" w:rsidR="00EA25A5" w:rsidRDefault="004A6B8E">
            <w:pPr>
              <w:jc w:val="center"/>
            </w:pPr>
            <w:r>
              <w:rPr>
                <w:sz w:val="18"/>
              </w:rPr>
              <w:t xml:space="preserve">1 </w:t>
            </w:r>
            <w:proofErr w:type="gramStart"/>
            <w:r>
              <w:rPr>
                <w:sz w:val="18"/>
              </w:rPr>
              <w:t xml:space="preserve">table  </w:t>
            </w:r>
            <w:r w:rsidR="00E37D80">
              <w:rPr>
                <w:sz w:val="18"/>
              </w:rPr>
              <w:t>(</w:t>
            </w:r>
            <w:proofErr w:type="gramEnd"/>
            <w:r>
              <w:rPr>
                <w:sz w:val="18"/>
              </w:rPr>
              <w:t>8 seats</w:t>
            </w:r>
            <w:r w:rsidR="00E37D80">
              <w:rPr>
                <w:sz w:val="18"/>
              </w:rPr>
              <w:t>)</w:t>
            </w:r>
          </w:p>
        </w:tc>
      </w:tr>
      <w:tr w:rsidR="00EA25A5" w14:paraId="0FEA034E" w14:textId="77777777" w:rsidTr="00584E71">
        <w:trPr>
          <w:jc w:val="center"/>
        </w:trPr>
        <w:tc>
          <w:tcPr>
            <w:tcW w:w="2101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E863FA5" w14:textId="77777777" w:rsidR="00EA25A5" w:rsidRDefault="004A6B8E">
            <w:proofErr w:type="gramStart"/>
            <w:r>
              <w:rPr>
                <w:sz w:val="18"/>
              </w:rPr>
              <w:t>Silver  $</w:t>
            </w:r>
            <w:proofErr w:type="gramEnd"/>
            <w:r>
              <w:rPr>
                <w:sz w:val="18"/>
              </w:rPr>
              <w:t>750</w:t>
            </w:r>
          </w:p>
        </w:tc>
        <w:tc>
          <w:tcPr>
            <w:tcW w:w="21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F445524" w14:textId="77777777" w:rsidR="00EA25A5" w:rsidRDefault="004A6B8E">
            <w:pPr>
              <w:jc w:val="center"/>
            </w:pPr>
            <w:r>
              <w:rPr>
                <w:sz w:val="18"/>
              </w:rPr>
              <w:t>Quarter page</w:t>
            </w:r>
          </w:p>
        </w:tc>
        <w:tc>
          <w:tcPr>
            <w:tcW w:w="21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B830266" w14:textId="77777777" w:rsidR="00EA25A5" w:rsidRDefault="00EA25A5">
            <w:pPr>
              <w:jc w:val="center"/>
            </w:pPr>
          </w:p>
        </w:tc>
        <w:tc>
          <w:tcPr>
            <w:tcW w:w="2101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0BFFBF00" w14:textId="0A719361" w:rsidR="00EA25A5" w:rsidRDefault="003927A0">
            <w:pPr>
              <w:jc w:val="center"/>
            </w:pPr>
            <w:r>
              <w:rPr>
                <w:sz w:val="18"/>
              </w:rPr>
              <w:t xml:space="preserve">Gold Sponsor </w:t>
            </w:r>
            <w:r w:rsidR="004A6B8E">
              <w:rPr>
                <w:sz w:val="18"/>
              </w:rPr>
              <w:t>Thank you</w:t>
            </w:r>
          </w:p>
        </w:tc>
        <w:tc>
          <w:tcPr>
            <w:tcW w:w="21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6D4F2276" w14:textId="77777777" w:rsidR="00EA25A5" w:rsidRDefault="00EA25A5">
            <w:pPr>
              <w:jc w:val="center"/>
            </w:pPr>
          </w:p>
        </w:tc>
      </w:tr>
      <w:tr w:rsidR="00EA25A5" w14:paraId="7AF544EB" w14:textId="77777777" w:rsidTr="00584E71">
        <w:trPr>
          <w:jc w:val="center"/>
        </w:trPr>
        <w:tc>
          <w:tcPr>
            <w:tcW w:w="2101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F8D7352" w14:textId="77777777" w:rsidR="00EA25A5" w:rsidRDefault="004A6B8E">
            <w:proofErr w:type="gramStart"/>
            <w:r>
              <w:rPr>
                <w:sz w:val="18"/>
              </w:rPr>
              <w:t>Bronze  $</w:t>
            </w:r>
            <w:proofErr w:type="gramEnd"/>
            <w:r>
              <w:rPr>
                <w:sz w:val="18"/>
              </w:rPr>
              <w:t>500</w:t>
            </w:r>
          </w:p>
        </w:tc>
        <w:tc>
          <w:tcPr>
            <w:tcW w:w="21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08DDC2C" w14:textId="77777777" w:rsidR="00EA25A5" w:rsidRDefault="004A6B8E">
            <w:pPr>
              <w:jc w:val="center"/>
            </w:pPr>
            <w:r>
              <w:rPr>
                <w:sz w:val="18"/>
              </w:rPr>
              <w:t>Quarter page</w:t>
            </w:r>
          </w:p>
        </w:tc>
        <w:tc>
          <w:tcPr>
            <w:tcW w:w="21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2D442D1F" w14:textId="77777777" w:rsidR="00EA25A5" w:rsidRDefault="00EA25A5">
            <w:pPr>
              <w:jc w:val="center"/>
            </w:pPr>
          </w:p>
        </w:tc>
        <w:tc>
          <w:tcPr>
            <w:tcW w:w="2101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2B83CD63" w14:textId="77777777" w:rsidR="00EA25A5" w:rsidRDefault="00EA25A5">
            <w:pPr>
              <w:jc w:val="center"/>
            </w:pPr>
          </w:p>
        </w:tc>
        <w:tc>
          <w:tcPr>
            <w:tcW w:w="21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7A6B219C" w14:textId="77777777" w:rsidR="00EA25A5" w:rsidRDefault="00EA25A5">
            <w:pPr>
              <w:jc w:val="center"/>
            </w:pPr>
          </w:p>
        </w:tc>
      </w:tr>
    </w:tbl>
    <w:p w14:paraId="40ACC59E" w14:textId="77777777" w:rsidR="00A77EB2" w:rsidRDefault="00A77EB2">
      <w:pPr>
        <w:spacing w:before="120" w:after="40" w:line="240" w:lineRule="auto"/>
        <w:rPr>
          <w:bCs/>
        </w:rPr>
      </w:pPr>
    </w:p>
    <w:p w14:paraId="2E61F743" w14:textId="7AE1BA16" w:rsidR="00EA25A5" w:rsidRPr="00EB1907" w:rsidRDefault="004A6B8E">
      <w:pPr>
        <w:spacing w:before="120" w:after="40" w:line="240" w:lineRule="auto"/>
        <w:rPr>
          <w:bCs/>
        </w:rPr>
      </w:pPr>
      <w:r w:rsidRPr="00EB1907">
        <w:rPr>
          <w:bCs/>
        </w:rPr>
        <w:t>Ready to sponsor or donate an item</w:t>
      </w:r>
      <w:r w:rsidR="00EB1907" w:rsidRPr="00EB1907">
        <w:rPr>
          <w:bCs/>
        </w:rPr>
        <w:t>?</w:t>
      </w:r>
    </w:p>
    <w:p w14:paraId="34B31FDE" w14:textId="77777777" w:rsidR="00A77EB2" w:rsidRDefault="00A77EB2">
      <w:pPr>
        <w:spacing w:before="120" w:after="40" w:line="240" w:lineRule="auto"/>
        <w:rPr>
          <w:bCs/>
        </w:rPr>
      </w:pPr>
    </w:p>
    <w:p w14:paraId="7072E52C" w14:textId="3F262055" w:rsidR="00EB1907" w:rsidRPr="00EB1907" w:rsidRDefault="00EB1907">
      <w:pPr>
        <w:spacing w:before="120" w:after="40" w:line="240" w:lineRule="auto"/>
        <w:rPr>
          <w:bCs/>
        </w:rPr>
      </w:pPr>
      <w:r w:rsidRPr="00EB1907">
        <w:rPr>
          <w:bCs/>
        </w:rPr>
        <w:t>Please contact: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37"/>
        <w:gridCol w:w="4765"/>
      </w:tblGrid>
      <w:tr w:rsidR="00EB1907" w:rsidRPr="00EB1907" w14:paraId="6DF3A836" w14:textId="3AC4DB00" w:rsidTr="00EB1907">
        <w:tc>
          <w:tcPr>
            <w:tcW w:w="58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347361C" w14:textId="77777777" w:rsidR="00EB1907" w:rsidRPr="00EB1907" w:rsidRDefault="00EB1907">
            <w:pPr>
              <w:rPr>
                <w:sz w:val="20"/>
              </w:rPr>
            </w:pPr>
            <w:r w:rsidRPr="00EB1907">
              <w:rPr>
                <w:b/>
                <w:sz w:val="20"/>
              </w:rPr>
              <w:t>Pete Bolden</w:t>
            </w:r>
            <w:r w:rsidRPr="00EB1907">
              <w:rPr>
                <w:sz w:val="20"/>
              </w:rPr>
              <w:t xml:space="preserve">   </w:t>
            </w:r>
          </w:p>
        </w:tc>
        <w:tc>
          <w:tcPr>
            <w:tcW w:w="4833" w:type="dxa"/>
            <w:tcBorders>
              <w:left w:val="single" w:sz="4" w:space="0" w:color="auto"/>
              <w:bottom w:val="nil"/>
            </w:tcBorders>
          </w:tcPr>
          <w:p w14:paraId="2D125B81" w14:textId="3F682003" w:rsidR="00EB1907" w:rsidRPr="00EB1907" w:rsidRDefault="0045455C" w:rsidP="00EB190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Emily Stair</w:t>
            </w:r>
          </w:p>
        </w:tc>
      </w:tr>
      <w:tr w:rsidR="00EB1907" w:rsidRPr="00EB1907" w14:paraId="1F4C5301" w14:textId="344D28CC" w:rsidTr="00EB1907">
        <w:tc>
          <w:tcPr>
            <w:tcW w:w="58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8909DE" w14:textId="77777777" w:rsidR="00EB1907" w:rsidRPr="00EB1907" w:rsidRDefault="00EB1907">
            <w:r w:rsidRPr="00EB1907">
              <w:rPr>
                <w:sz w:val="20"/>
              </w:rPr>
              <w:t>Director of Ministry Relations</w:t>
            </w:r>
          </w:p>
        </w:tc>
        <w:tc>
          <w:tcPr>
            <w:tcW w:w="4833" w:type="dxa"/>
            <w:tcBorders>
              <w:top w:val="nil"/>
              <w:left w:val="single" w:sz="4" w:space="0" w:color="auto"/>
              <w:bottom w:val="nil"/>
            </w:tcBorders>
          </w:tcPr>
          <w:p w14:paraId="0F22F826" w14:textId="24B8FDF4" w:rsidR="00EB1907" w:rsidRPr="00EB1907" w:rsidRDefault="00EB1907">
            <w:pPr>
              <w:rPr>
                <w:sz w:val="20"/>
              </w:rPr>
            </w:pPr>
            <w:r>
              <w:rPr>
                <w:sz w:val="20"/>
              </w:rPr>
              <w:t>Ministry Relations Assistant</w:t>
            </w:r>
          </w:p>
        </w:tc>
      </w:tr>
      <w:tr w:rsidR="00EB1907" w:rsidRPr="00EB1907" w14:paraId="3501F313" w14:textId="4B967BB5" w:rsidTr="00EB1907">
        <w:tc>
          <w:tcPr>
            <w:tcW w:w="58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192088" w14:textId="7ACF2561" w:rsidR="00EB1907" w:rsidRPr="00EB1907" w:rsidRDefault="00EB1907">
            <w:pPr>
              <w:rPr>
                <w:sz w:val="20"/>
              </w:rPr>
            </w:pPr>
            <w:proofErr w:type="spellStart"/>
            <w:r w:rsidRPr="00EB1907">
              <w:rPr>
                <w:sz w:val="20"/>
              </w:rPr>
              <w:t>Pete@</w:t>
            </w:r>
            <w:r>
              <w:rPr>
                <w:sz w:val="20"/>
              </w:rPr>
              <w:t>l</w:t>
            </w:r>
            <w:r w:rsidRPr="00EB1907">
              <w:rPr>
                <w:sz w:val="20"/>
              </w:rPr>
              <w:t>akeview.</w:t>
            </w:r>
            <w:r>
              <w:rPr>
                <w:sz w:val="20"/>
              </w:rPr>
              <w:t>camp</w:t>
            </w:r>
            <w:proofErr w:type="spellEnd"/>
            <w:r w:rsidRPr="00EB1907">
              <w:rPr>
                <w:sz w:val="20"/>
              </w:rPr>
              <w:t xml:space="preserve"> </w:t>
            </w:r>
          </w:p>
        </w:tc>
        <w:tc>
          <w:tcPr>
            <w:tcW w:w="4833" w:type="dxa"/>
            <w:tcBorders>
              <w:top w:val="nil"/>
              <w:left w:val="single" w:sz="4" w:space="0" w:color="auto"/>
              <w:bottom w:val="nil"/>
            </w:tcBorders>
          </w:tcPr>
          <w:p w14:paraId="6714A78B" w14:textId="559168C5" w:rsidR="00EB1907" w:rsidRPr="00EB1907" w:rsidRDefault="00A77EB2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relationsassistant</w:t>
            </w:r>
            <w:r w:rsidR="00EB1907">
              <w:rPr>
                <w:sz w:val="20"/>
              </w:rPr>
              <w:t>@lakeview.camp</w:t>
            </w:r>
            <w:proofErr w:type="spellEnd"/>
          </w:p>
        </w:tc>
      </w:tr>
      <w:tr w:rsidR="00EB1907" w:rsidRPr="00EB1907" w14:paraId="1D9FBD92" w14:textId="1E6C62B4" w:rsidTr="00EB1907">
        <w:tc>
          <w:tcPr>
            <w:tcW w:w="5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6E86F" w14:textId="090386F4" w:rsidR="00EB1907" w:rsidRPr="00EB1907" w:rsidRDefault="00EB1907">
            <w:pPr>
              <w:rPr>
                <w:sz w:val="20"/>
              </w:rPr>
            </w:pPr>
            <w:r w:rsidRPr="00EB1907">
              <w:rPr>
                <w:sz w:val="20"/>
              </w:rPr>
              <w:t>812.530.8006</w:t>
            </w:r>
          </w:p>
        </w:tc>
        <w:tc>
          <w:tcPr>
            <w:tcW w:w="4833" w:type="dxa"/>
            <w:tcBorders>
              <w:top w:val="nil"/>
              <w:left w:val="single" w:sz="4" w:space="0" w:color="auto"/>
            </w:tcBorders>
          </w:tcPr>
          <w:p w14:paraId="3F1359C0" w14:textId="372105A9" w:rsidR="00EB1907" w:rsidRPr="00EB1907" w:rsidRDefault="00EB1907">
            <w:pPr>
              <w:rPr>
                <w:sz w:val="20"/>
              </w:rPr>
            </w:pPr>
            <w:r>
              <w:rPr>
                <w:sz w:val="20"/>
              </w:rPr>
              <w:t>812.342.4815</w:t>
            </w:r>
          </w:p>
        </w:tc>
      </w:tr>
      <w:tr w:rsidR="00EB1907" w:rsidRPr="00EB1907" w14:paraId="513A2D79" w14:textId="6466E3BA">
        <w:trPr>
          <w:trHeight w:val="479"/>
        </w:trPr>
        <w:tc>
          <w:tcPr>
            <w:tcW w:w="10728" w:type="dxa"/>
            <w:gridSpan w:val="2"/>
          </w:tcPr>
          <w:p w14:paraId="62E58D05" w14:textId="77777777" w:rsidR="00EB1907" w:rsidRPr="00EB1907" w:rsidRDefault="00EB1907" w:rsidP="00EB1907">
            <w:pPr>
              <w:jc w:val="center"/>
              <w:rPr>
                <w:sz w:val="20"/>
              </w:rPr>
            </w:pPr>
            <w:r w:rsidRPr="00EB1907">
              <w:rPr>
                <w:sz w:val="20"/>
              </w:rPr>
              <w:t xml:space="preserve">Website </w:t>
            </w:r>
            <w:hyperlink r:id="rId10" w:history="1">
              <w:r w:rsidRPr="00EB1907">
                <w:rPr>
                  <w:rStyle w:val="Hyperlink"/>
                  <w:sz w:val="20"/>
                </w:rPr>
                <w:t>www.lakeview.camp</w:t>
              </w:r>
            </w:hyperlink>
          </w:p>
          <w:p w14:paraId="5A3B53A0" w14:textId="0F5432B2" w:rsidR="00EB1907" w:rsidRPr="00EB1907" w:rsidRDefault="00A77EB2" w:rsidP="00A77EB2">
            <w:pPr>
              <w:tabs>
                <w:tab w:val="center" w:pos="5256"/>
                <w:tab w:val="left" w:pos="7395"/>
              </w:tabs>
              <w:rPr>
                <w:sz w:val="20"/>
              </w:rPr>
            </w:pPr>
            <w:r>
              <w:rPr>
                <w:sz w:val="20"/>
              </w:rPr>
              <w:tab/>
            </w:r>
            <w:r w:rsidR="00EB1907" w:rsidRPr="00EB1907">
              <w:rPr>
                <w:sz w:val="20"/>
              </w:rPr>
              <w:t>13500 W. Lake Rd.  Seymour, IN</w:t>
            </w:r>
            <w:r>
              <w:rPr>
                <w:sz w:val="20"/>
              </w:rPr>
              <w:tab/>
            </w:r>
          </w:p>
        </w:tc>
      </w:tr>
      <w:tr w:rsidR="00A77EB2" w:rsidRPr="00EB1907" w14:paraId="6AAF06E2" w14:textId="77777777">
        <w:trPr>
          <w:trHeight w:val="479"/>
        </w:trPr>
        <w:tc>
          <w:tcPr>
            <w:tcW w:w="10728" w:type="dxa"/>
            <w:gridSpan w:val="2"/>
          </w:tcPr>
          <w:p w14:paraId="6841C796" w14:textId="3148CDF1" w:rsidR="00A77EB2" w:rsidRDefault="00A77EB2" w:rsidP="00EB1907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Lakeview is </w:t>
            </w:r>
            <w:proofErr w:type="gramStart"/>
            <w:r>
              <w:rPr>
                <w:sz w:val="20"/>
              </w:rPr>
              <w:t>a registered</w:t>
            </w:r>
            <w:proofErr w:type="gramEnd"/>
            <w:r>
              <w:rPr>
                <w:sz w:val="20"/>
              </w:rPr>
              <w:t xml:space="preserve"> 501c3: 0003136337</w:t>
            </w:r>
          </w:p>
          <w:p w14:paraId="4F076B5F" w14:textId="29B5B37E" w:rsidR="00A77EB2" w:rsidRPr="00EB1907" w:rsidRDefault="00A77EB2" w:rsidP="00EB1907">
            <w:pPr>
              <w:jc w:val="center"/>
              <w:rPr>
                <w:sz w:val="20"/>
              </w:rPr>
            </w:pPr>
            <w:r>
              <w:rPr>
                <w:sz w:val="20"/>
              </w:rPr>
              <w:t>EIN: 39-6043092</w:t>
            </w:r>
          </w:p>
        </w:tc>
      </w:tr>
    </w:tbl>
    <w:p w14:paraId="3D11F725" w14:textId="5613DE62" w:rsidR="00EA25A5" w:rsidRDefault="00EA25A5" w:rsidP="00EB1907">
      <w:pPr>
        <w:spacing w:after="0" w:line="240" w:lineRule="auto"/>
      </w:pPr>
    </w:p>
    <w:sectPr w:rsidR="00EA25A5" w:rsidSect="00034616">
      <w:pgSz w:w="12240" w:h="15840"/>
      <w:pgMar w:top="792" w:right="864" w:bottom="792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08583493">
    <w:abstractNumId w:val="1"/>
  </w:num>
  <w:num w:numId="2" w16cid:durableId="1322541551">
    <w:abstractNumId w:val="6"/>
  </w:num>
  <w:num w:numId="3" w16cid:durableId="1332761166">
    <w:abstractNumId w:val="2"/>
  </w:num>
  <w:num w:numId="4" w16cid:durableId="1432504532">
    <w:abstractNumId w:val="4"/>
  </w:num>
  <w:num w:numId="5" w16cid:durableId="1589267437">
    <w:abstractNumId w:val="0"/>
  </w:num>
  <w:num w:numId="6" w16cid:durableId="347758685">
    <w:abstractNumId w:val="7"/>
  </w:num>
  <w:num w:numId="7" w16cid:durableId="686174929">
    <w:abstractNumId w:val="3"/>
  </w:num>
  <w:num w:numId="8" w16cid:durableId="784272131">
    <w:abstractNumId w:val="8"/>
  </w:num>
  <w:num w:numId="9" w16cid:durableId="82273959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CA1"/>
    <w:rsid w:val="0015074B"/>
    <w:rsid w:val="0029639D"/>
    <w:rsid w:val="00326F90"/>
    <w:rsid w:val="003927A0"/>
    <w:rsid w:val="0045455C"/>
    <w:rsid w:val="004A6B8E"/>
    <w:rsid w:val="00584E71"/>
    <w:rsid w:val="008604BD"/>
    <w:rsid w:val="00A77EB2"/>
    <w:rsid w:val="00AA1D8D"/>
    <w:rsid w:val="00B03B4F"/>
    <w:rsid w:val="00B47730"/>
    <w:rsid w:val="00C73290"/>
    <w:rsid w:val="00CB0664"/>
    <w:rsid w:val="00DB581C"/>
    <w:rsid w:val="00DE5613"/>
    <w:rsid w:val="00E37D80"/>
    <w:rsid w:val="00E83F3E"/>
    <w:rsid w:val="00EA25A5"/>
    <w:rsid w:val="00EB190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C21F400"/>
  <w14:defaultImageDpi w14:val="300"/>
  <w15:docId w15:val="{B929026D-4562-4338-A4DF-03F577070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8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9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3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EB190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B19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hyperlink" Target="http://www.lakeview.camp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b294bf7-f6a8-4396-8a94-caa87978f4bd">
      <Terms xmlns="http://schemas.microsoft.com/office/infopath/2007/PartnerControls"/>
    </lcf76f155ced4ddcb4097134ff3c332f>
    <TaxCatchAll xmlns="1e23644e-f39a-4714-b952-7679af1a1591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8263AFCF6875488C32388CB3BE35D9" ma:contentTypeVersion="16" ma:contentTypeDescription="Create a new document." ma:contentTypeScope="" ma:versionID="b8d9ad619b297a95bbdf78d661e39849">
  <xsd:schema xmlns:xsd="http://www.w3.org/2001/XMLSchema" xmlns:xs="http://www.w3.org/2001/XMLSchema" xmlns:p="http://schemas.microsoft.com/office/2006/metadata/properties" xmlns:ns2="0b294bf7-f6a8-4396-8a94-caa87978f4bd" xmlns:ns3="1e23644e-f39a-4714-b952-7679af1a1591" targetNamespace="http://schemas.microsoft.com/office/2006/metadata/properties" ma:root="true" ma:fieldsID="4bc70640fbc94821b5f7b913d834d50c" ns2:_="" ns3:_="">
    <xsd:import namespace="0b294bf7-f6a8-4396-8a94-caa87978f4bd"/>
    <xsd:import namespace="1e23644e-f39a-4714-b952-7679af1a15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294bf7-f6a8-4396-8a94-caa87978f4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42b1a167-db00-4e61-a6bf-6b9782af5b9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23644e-f39a-4714-b952-7679af1a159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a5187804-c7c6-4eba-b9a9-fa79ddd8746a}" ma:internalName="TaxCatchAll" ma:showField="CatchAllData" ma:web="1e23644e-f39a-4714-b952-7679af1a15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F16C28B-601D-4021-BA0B-4510EF0515C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EA437C9-5D59-4BA4-812C-E18614234AA8}">
  <ds:schemaRefs>
    <ds:schemaRef ds:uri="http://schemas.microsoft.com/office/2006/metadata/properties"/>
    <ds:schemaRef ds:uri="http://schemas.microsoft.com/office/infopath/2007/PartnerControls"/>
    <ds:schemaRef ds:uri="0b294bf7-f6a8-4396-8a94-caa87978f4bd"/>
    <ds:schemaRef ds:uri="1e23644e-f39a-4714-b952-7679af1a1591"/>
  </ds:schemaRefs>
</ds:datastoreItem>
</file>

<file path=customXml/itemProps4.xml><?xml version="1.0" encoding="utf-8"?>
<ds:datastoreItem xmlns:ds="http://schemas.openxmlformats.org/officeDocument/2006/customXml" ds:itemID="{C1EE0338-9371-4487-ACCB-E7D55C8882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294bf7-f6a8-4396-8a94-caa87978f4bd"/>
    <ds:schemaRef ds:uri="1e23644e-f39a-4714-b952-7679af1a15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727</TotalTime>
  <Pages>1</Pages>
  <Words>283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1899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/>
  <cp:lastModifiedBy>Pete Bolden</cp:lastModifiedBy>
  <cp:revision>9</cp:revision>
  <cp:lastPrinted>2026-02-11T22:07:00Z</cp:lastPrinted>
  <dcterms:created xsi:type="dcterms:W3CDTF">2013-12-23T20:15:00Z</dcterms:created>
  <dcterms:modified xsi:type="dcterms:W3CDTF">2026-08-19T16:20:00Z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0x010100A88263AFCF6875488C32388CB3BE35D9</vt:lpwstr>
  </property>
  <property fmtid="{D5CDD505-2E9C-101B-9397-08002B2CF9AE}" pid="3" name="MediaServiceImageTags">
    <vt:lpwstr/>
  </property>
</Properties>
</file>